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BE6" w:rsidRDefault="006F0BE6">
      <w:bookmarkStart w:id="0" w:name="_GoBack"/>
      <w:bookmarkEnd w:id="0"/>
    </w:p>
    <w:tbl>
      <w:tblPr>
        <w:tblW w:w="111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"/>
        <w:gridCol w:w="1441"/>
        <w:gridCol w:w="89"/>
        <w:gridCol w:w="411"/>
        <w:gridCol w:w="942"/>
        <w:gridCol w:w="1356"/>
        <w:gridCol w:w="1153"/>
        <w:gridCol w:w="61"/>
        <w:gridCol w:w="1440"/>
        <w:gridCol w:w="1151"/>
        <w:gridCol w:w="177"/>
        <w:gridCol w:w="1352"/>
        <w:gridCol w:w="89"/>
        <w:gridCol w:w="1440"/>
        <w:gridCol w:w="57"/>
        <w:gridCol w:w="43"/>
      </w:tblGrid>
      <w:tr w:rsidR="00626A61" w:rsidRPr="006F0BE6" w:rsidTr="006F0BE6">
        <w:trPr>
          <w:gridBefore w:val="1"/>
          <w:gridAfter w:val="1"/>
          <w:wAfter w:w="43" w:type="dxa"/>
        </w:trPr>
        <w:tc>
          <w:tcPr>
            <w:tcW w:w="1859" w:type="dxa"/>
            <w:gridSpan w:val="3"/>
            <w:tcMar>
              <w:top w:w="0" w:type="dxa"/>
              <w:left w:w="20" w:type="dxa"/>
              <w:bottom w:w="0" w:type="dxa"/>
              <w:right w:w="40" w:type="dxa"/>
            </w:tcMar>
          </w:tcPr>
          <w:p w:rsidR="00626A61" w:rsidRDefault="008E717E">
            <w:pPr>
              <w:spacing w:after="40" w:line="240" w:lineRule="auto"/>
              <w:rPr>
                <w:rFonts w:ascii="Georgia" w:eastAsia="Georgia" w:hAnsi="Georgia" w:cs="Georgia"/>
                <w:color w:val="004D26"/>
                <w:sz w:val="16"/>
              </w:rPr>
            </w:pPr>
            <w:proofErr w:type="spellStart"/>
            <w:r>
              <w:rPr>
                <w:rFonts w:ascii="Georgia" w:eastAsia="Georgia" w:hAnsi="Georgia" w:cs="Georgia"/>
                <w:color w:val="004D26"/>
                <w:sz w:val="16"/>
              </w:rPr>
              <w:t>Приложение</w:t>
            </w:r>
            <w:proofErr w:type="spellEnd"/>
            <w:r>
              <w:rPr>
                <w:rFonts w:ascii="Georgia" w:eastAsia="Georgia" w:hAnsi="Georgia" w:cs="Georgia"/>
                <w:color w:val="004D26"/>
                <w:sz w:val="16"/>
              </w:rPr>
              <w:t xml:space="preserve"> № 1</w:t>
            </w:r>
          </w:p>
          <w:p w:rsidR="00193628" w:rsidRDefault="00193628" w:rsidP="00193628">
            <w:pPr>
              <w:spacing w:after="40" w:line="240" w:lineRule="auto"/>
              <w:ind w:left="274"/>
            </w:pPr>
          </w:p>
          <w:p w:rsidR="00626A61" w:rsidRDefault="008E717E">
            <w:pPr>
              <w:spacing w:after="0" w:line="240" w:lineRule="auto"/>
              <w:jc w:val="center"/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917999" cy="10667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999" cy="10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8" w:type="dxa"/>
            <w:gridSpan w:val="6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0BE6" w:rsidRDefault="006F0BE6">
            <w:pPr>
              <w:spacing w:after="0" w:line="240" w:lineRule="auto"/>
              <w:jc w:val="center"/>
              <w:rPr>
                <w:rFonts w:ascii="Georgia" w:eastAsia="Georgia" w:hAnsi="Georgia" w:cs="Georgia"/>
                <w:b/>
                <w:color w:val="004D26"/>
                <w:sz w:val="32"/>
                <w:lang w:val="ru-RU"/>
              </w:rPr>
            </w:pPr>
          </w:p>
          <w:p w:rsidR="00626A61" w:rsidRPr="006F0BE6" w:rsidRDefault="008E717E">
            <w:pPr>
              <w:spacing w:after="0" w:line="240" w:lineRule="auto"/>
              <w:jc w:val="center"/>
              <w:rPr>
                <w:lang w:val="ru-RU"/>
              </w:rPr>
            </w:pPr>
            <w:r w:rsidRPr="006F0BE6">
              <w:rPr>
                <w:rFonts w:ascii="Georgia" w:eastAsia="Georgia" w:hAnsi="Georgia" w:cs="Georgia"/>
                <w:b/>
                <w:color w:val="004D26"/>
                <w:sz w:val="32"/>
                <w:lang w:val="ru-RU"/>
              </w:rPr>
              <w:t>ДАРОВЕТЕ НА ТРАКИЯ</w:t>
            </w:r>
          </w:p>
          <w:p w:rsidR="00626A61" w:rsidRPr="006F0BE6" w:rsidRDefault="008E717E">
            <w:pPr>
              <w:spacing w:before="20" w:after="0" w:line="240" w:lineRule="auto"/>
              <w:jc w:val="center"/>
              <w:rPr>
                <w:lang w:val="ru-RU"/>
              </w:rPr>
            </w:pPr>
            <w:r w:rsidRPr="006F0BE6">
              <w:rPr>
                <w:rFonts w:eastAsia="Calibri" w:cs="Calibri"/>
                <w:b/>
                <w:color w:val="004D26"/>
                <w:sz w:val="16"/>
                <w:lang w:val="ru-RU"/>
              </w:rPr>
              <w:t>ИЗЛОЖЕНИЕ НА ЗЕМЕДЕЛСКИТЕ ПРОИЗВОДИТЕЛИ</w:t>
            </w:r>
          </w:p>
          <w:p w:rsidR="00626A61" w:rsidRDefault="008E717E">
            <w:pPr>
              <w:spacing w:after="80" w:line="240" w:lineRule="auto"/>
              <w:jc w:val="center"/>
            </w:pPr>
            <w:r>
              <w:rPr>
                <w:rFonts w:eastAsia="Calibri" w:cs="Calibri"/>
                <w:b/>
                <w:color w:val="004D26"/>
                <w:sz w:val="16"/>
              </w:rPr>
              <w:t>ОТ ОБЛАСТ ПЛОВДИВ</w:t>
            </w:r>
          </w:p>
          <w:p w:rsidR="00626A61" w:rsidRDefault="00626A61">
            <w:pPr>
              <w:spacing w:after="0" w:line="240" w:lineRule="auto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6023"/>
            </w:tblGrid>
            <w:tr w:rsidR="00626A61" w:rsidRPr="006F0BE6">
              <w:tc>
                <w:tcPr>
                  <w:tcW w:w="6237" w:type="dxa"/>
                  <w:shd w:val="clear" w:color="auto" w:fill="004D26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:rsidR="00626A61" w:rsidRPr="006F0BE6" w:rsidRDefault="008E717E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6F0BE6">
                    <w:rPr>
                      <w:rFonts w:ascii="Georgia" w:eastAsia="Georgia" w:hAnsi="Georgia" w:cs="Georgia"/>
                      <w:b/>
                      <w:color w:val="FFFFFF"/>
                      <w:lang w:val="ru-RU"/>
                    </w:rPr>
                    <w:t>ДОМАКИН: АРАПОВСКИ МАНАСТИР</w:t>
                  </w:r>
                </w:p>
                <w:p w:rsidR="00626A61" w:rsidRPr="006F0BE6" w:rsidRDefault="008E717E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6F0BE6">
                    <w:rPr>
                      <w:rFonts w:ascii="Georgia" w:eastAsia="Georgia" w:hAnsi="Georgia" w:cs="Georgia"/>
                      <w:b/>
                      <w:color w:val="FFFFFF"/>
                      <w:lang w:val="ru-RU"/>
                    </w:rPr>
                    <w:t>„СВ. ВМЧЦА НЕДЕЛЯ“</w:t>
                  </w:r>
                </w:p>
              </w:tc>
            </w:tr>
          </w:tbl>
          <w:p w:rsidR="00626A61" w:rsidRPr="006F0BE6" w:rsidRDefault="00626A61">
            <w:pPr>
              <w:rPr>
                <w:lang w:val="ru-RU"/>
              </w:rPr>
            </w:pPr>
          </w:p>
          <w:p w:rsidR="00626A61" w:rsidRPr="006F0BE6" w:rsidRDefault="008E717E">
            <w:pPr>
              <w:spacing w:before="80" w:after="0" w:line="240" w:lineRule="auto"/>
              <w:jc w:val="center"/>
              <w:rPr>
                <w:lang w:val="ru-RU"/>
              </w:rPr>
            </w:pPr>
            <w:r w:rsidRPr="006F0BE6">
              <w:rPr>
                <w:rFonts w:ascii="Georgia" w:eastAsia="Georgia" w:hAnsi="Georgia" w:cs="Georgia"/>
                <w:b/>
                <w:color w:val="004D26"/>
                <w:sz w:val="16"/>
                <w:lang w:val="ru-RU"/>
              </w:rPr>
              <w:t>ПОД ПАТРОНАЖА НА</w:t>
            </w:r>
          </w:p>
          <w:p w:rsidR="00626A61" w:rsidRPr="006F0BE6" w:rsidRDefault="008E717E">
            <w:pPr>
              <w:spacing w:after="0" w:line="240" w:lineRule="auto"/>
              <w:jc w:val="center"/>
              <w:rPr>
                <w:lang w:val="ru-RU"/>
              </w:rPr>
            </w:pPr>
            <w:r w:rsidRPr="006F0BE6">
              <w:rPr>
                <w:rFonts w:ascii="Georgia" w:eastAsia="Georgia" w:hAnsi="Georgia" w:cs="Georgia"/>
                <w:b/>
                <w:color w:val="004D26"/>
                <w:sz w:val="16"/>
                <w:lang w:val="ru-RU"/>
              </w:rPr>
              <w:t>ОБЛАСТНИЯ УПРАВИТЕЛ НА</w:t>
            </w:r>
          </w:p>
          <w:p w:rsidR="00626A61" w:rsidRDefault="008E717E">
            <w:pPr>
              <w:spacing w:after="0" w:line="240" w:lineRule="auto"/>
              <w:jc w:val="center"/>
            </w:pPr>
            <w:r>
              <w:rPr>
                <w:rFonts w:ascii="Georgia" w:eastAsia="Georgia" w:hAnsi="Georgia" w:cs="Georgia"/>
                <w:b/>
                <w:color w:val="004D26"/>
                <w:sz w:val="16"/>
              </w:rPr>
              <w:t>ОБЛАСТ ПЛОВДИВ</w:t>
            </w:r>
          </w:p>
        </w:tc>
        <w:tc>
          <w:tcPr>
            <w:tcW w:w="2986" w:type="dxa"/>
            <w:gridSpan w:val="5"/>
            <w:tcMar>
              <w:top w:w="0" w:type="dxa"/>
              <w:left w:w="20" w:type="dxa"/>
              <w:bottom w:w="0" w:type="dxa"/>
              <w:right w:w="0" w:type="dxa"/>
            </w:tcMar>
          </w:tcPr>
          <w:p w:rsidR="006F0BE6" w:rsidRDefault="006F0BE6">
            <w:pPr>
              <w:spacing w:after="0" w:line="240" w:lineRule="auto"/>
              <w:jc w:val="center"/>
              <w:rPr>
                <w:rFonts w:ascii="Georgia" w:eastAsia="Georgia" w:hAnsi="Georgia" w:cs="Georgia"/>
                <w:b/>
                <w:color w:val="004D26"/>
                <w:sz w:val="24"/>
              </w:rPr>
            </w:pPr>
          </w:p>
          <w:p w:rsidR="00626A61" w:rsidRDefault="008E717E">
            <w:pPr>
              <w:spacing w:after="0" w:line="240" w:lineRule="auto"/>
              <w:jc w:val="center"/>
            </w:pPr>
            <w:r>
              <w:rPr>
                <w:rFonts w:ascii="Georgia" w:eastAsia="Georgia" w:hAnsi="Georgia" w:cs="Georgia"/>
                <w:b/>
                <w:color w:val="004D26"/>
                <w:sz w:val="24"/>
              </w:rPr>
              <w:t>ФОРМУЛЯР</w:t>
            </w:r>
          </w:p>
          <w:p w:rsidR="00626A61" w:rsidRDefault="008E717E">
            <w:pPr>
              <w:spacing w:after="0" w:line="240" w:lineRule="auto"/>
              <w:jc w:val="center"/>
            </w:pPr>
            <w:r>
              <w:rPr>
                <w:rFonts w:ascii="Georgia" w:eastAsia="Georgia" w:hAnsi="Georgia" w:cs="Georgia"/>
                <w:b/>
                <w:color w:val="004D26"/>
                <w:sz w:val="24"/>
              </w:rPr>
              <w:t>ЗА УЧАСТИЕ</w:t>
            </w:r>
          </w:p>
          <w:p w:rsidR="00626A61" w:rsidRDefault="008E717E">
            <w:pPr>
              <w:spacing w:after="20" w:line="240" w:lineRule="auto"/>
              <w:jc w:val="center"/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1296000" cy="86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div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8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6A61" w:rsidRDefault="008E717E">
            <w:pPr>
              <w:spacing w:after="40" w:line="240" w:lineRule="auto"/>
              <w:jc w:val="center"/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1206000" cy="79915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p_clea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000" cy="799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626A61" w:rsidRPr="006F0BE6">
              <w:tc>
                <w:tcPr>
                  <w:tcW w:w="3005" w:type="dxa"/>
                  <w:tcBorders>
                    <w:top w:val="single" w:sz="8" w:space="0" w:color="888888"/>
                    <w:left w:val="single" w:sz="8" w:space="0" w:color="888888"/>
                    <w:bottom w:val="single" w:sz="8" w:space="0" w:color="888888"/>
                    <w:right w:val="single" w:sz="8" w:space="0" w:color="888888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626A61" w:rsidRPr="006F0BE6" w:rsidRDefault="008E717E">
                  <w:pPr>
                    <w:spacing w:after="0" w:line="240" w:lineRule="auto"/>
                    <w:jc w:val="center"/>
                    <w:rPr>
                      <w:lang w:val="ru-RU"/>
                    </w:rPr>
                  </w:pPr>
                  <w:r w:rsidRPr="006F0BE6">
                    <w:rPr>
                      <w:rFonts w:ascii="Georgia" w:eastAsia="Georgia" w:hAnsi="Georgia" w:cs="Georgia"/>
                      <w:sz w:val="16"/>
                      <w:lang w:val="ru-RU"/>
                    </w:rPr>
                    <w:t>№ на кандидата</w:t>
                  </w:r>
                </w:p>
                <w:p w:rsidR="00626A61" w:rsidRPr="006F0BE6" w:rsidRDefault="008E717E">
                  <w:pPr>
                    <w:tabs>
                      <w:tab w:val="right" w:leader="dot" w:pos="2600"/>
                    </w:tabs>
                    <w:spacing w:before="40" w:after="0" w:line="240" w:lineRule="auto"/>
                    <w:rPr>
                      <w:lang w:val="ru-RU"/>
                    </w:rPr>
                  </w:pPr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ab/>
                  </w:r>
                </w:p>
                <w:p w:rsidR="00626A61" w:rsidRPr="006F0BE6" w:rsidRDefault="008E717E">
                  <w:pPr>
                    <w:spacing w:before="20" w:after="0" w:line="240" w:lineRule="auto"/>
                    <w:jc w:val="center"/>
                    <w:rPr>
                      <w:lang w:val="ru-RU"/>
                    </w:rPr>
                  </w:pPr>
                  <w:r w:rsidRPr="006F0BE6">
                    <w:rPr>
                      <w:rFonts w:eastAsia="Calibri" w:cs="Calibri"/>
                      <w:color w:val="666666"/>
                      <w:sz w:val="13"/>
                      <w:lang w:val="ru-RU"/>
                    </w:rPr>
                    <w:t>(</w:t>
                  </w:r>
                  <w:proofErr w:type="spellStart"/>
                  <w:r w:rsidRPr="006F0BE6">
                    <w:rPr>
                      <w:rFonts w:eastAsia="Calibri" w:cs="Calibri"/>
                      <w:color w:val="666666"/>
                      <w:sz w:val="13"/>
                      <w:lang w:val="ru-RU"/>
                    </w:rPr>
                    <w:t>попълва</w:t>
                  </w:r>
                  <w:proofErr w:type="spellEnd"/>
                  <w:r w:rsidRPr="006F0BE6">
                    <w:rPr>
                      <w:rFonts w:eastAsia="Calibri" w:cs="Calibri"/>
                      <w:color w:val="666666"/>
                      <w:sz w:val="13"/>
                      <w:lang w:val="ru-RU"/>
                    </w:rPr>
                    <w:t xml:space="preserve"> се от </w:t>
                  </w:r>
                  <w:proofErr w:type="spellStart"/>
                  <w:r w:rsidRPr="006F0BE6">
                    <w:rPr>
                      <w:rFonts w:eastAsia="Calibri" w:cs="Calibri"/>
                      <w:color w:val="666666"/>
                      <w:sz w:val="13"/>
                      <w:lang w:val="ru-RU"/>
                    </w:rPr>
                    <w:t>общината</w:t>
                  </w:r>
                  <w:proofErr w:type="spellEnd"/>
                  <w:r w:rsidRPr="006F0BE6">
                    <w:rPr>
                      <w:rFonts w:eastAsia="Calibri" w:cs="Calibri"/>
                      <w:color w:val="666666"/>
                      <w:sz w:val="13"/>
                      <w:lang w:val="ru-RU"/>
                    </w:rPr>
                    <w:t>)</w:t>
                  </w:r>
                </w:p>
              </w:tc>
            </w:tr>
          </w:tbl>
          <w:p w:rsidR="00626A61" w:rsidRPr="006F0BE6" w:rsidRDefault="00626A61">
            <w:pPr>
              <w:rPr>
                <w:lang w:val="ru-RU"/>
              </w:rPr>
            </w:pPr>
          </w:p>
        </w:tc>
      </w:tr>
      <w:tr w:rsidR="00626A61" w:rsidTr="006F0BE6">
        <w:trPr>
          <w:gridBefore w:val="1"/>
          <w:gridAfter w:val="1"/>
          <w:wAfter w:w="43" w:type="dxa"/>
        </w:trPr>
        <w:tc>
          <w:tcPr>
            <w:tcW w:w="138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26A61" w:rsidRDefault="00626A61">
            <w:pPr>
              <w:spacing w:after="0" w:line="240" w:lineRule="auto"/>
              <w:jc w:val="center"/>
            </w:pPr>
          </w:p>
        </w:tc>
        <w:tc>
          <w:tcPr>
            <w:tcW w:w="1381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26A61" w:rsidRDefault="00626A61">
            <w:pPr>
              <w:spacing w:after="0" w:line="240" w:lineRule="auto"/>
              <w:jc w:val="center"/>
            </w:pPr>
          </w:p>
        </w:tc>
        <w:tc>
          <w:tcPr>
            <w:tcW w:w="137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26A61" w:rsidRDefault="00626A61">
            <w:pPr>
              <w:spacing w:after="0" w:line="240" w:lineRule="auto"/>
              <w:jc w:val="center"/>
            </w:pPr>
          </w:p>
        </w:tc>
        <w:tc>
          <w:tcPr>
            <w:tcW w:w="136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26A61" w:rsidRDefault="00626A61">
            <w:pPr>
              <w:spacing w:after="0" w:line="240" w:lineRule="auto"/>
              <w:jc w:val="center"/>
            </w:pPr>
          </w:p>
        </w:tc>
        <w:tc>
          <w:tcPr>
            <w:tcW w:w="137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26A61" w:rsidRDefault="00626A61">
            <w:pPr>
              <w:spacing w:after="0" w:line="240" w:lineRule="auto"/>
              <w:jc w:val="center"/>
            </w:pPr>
          </w:p>
        </w:tc>
        <w:tc>
          <w:tcPr>
            <w:tcW w:w="1380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26A61" w:rsidRDefault="00626A61">
            <w:pPr>
              <w:spacing w:after="0" w:line="240" w:lineRule="auto"/>
              <w:jc w:val="center"/>
            </w:pPr>
          </w:p>
        </w:tc>
        <w:tc>
          <w:tcPr>
            <w:tcW w:w="1380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26A61" w:rsidRDefault="00626A61">
            <w:pPr>
              <w:spacing w:after="0" w:line="240" w:lineRule="auto"/>
              <w:jc w:val="center"/>
            </w:pPr>
          </w:p>
        </w:tc>
        <w:tc>
          <w:tcPr>
            <w:tcW w:w="14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26A61" w:rsidRDefault="00626A61">
            <w:pPr>
              <w:spacing w:after="0" w:line="240" w:lineRule="auto"/>
              <w:jc w:val="center"/>
            </w:pPr>
          </w:p>
        </w:tc>
      </w:tr>
      <w:tr w:rsidR="00626A61" w:rsidTr="006F0BE6">
        <w:trPr>
          <w:gridAfter w:val="2"/>
          <w:wAfter w:w="100" w:type="dxa"/>
        </w:trPr>
        <w:tc>
          <w:tcPr>
            <w:tcW w:w="8103" w:type="dxa"/>
            <w:gridSpan w:val="10"/>
            <w:shd w:val="clear" w:color="auto" w:fill="004D26"/>
            <w:tcMar>
              <w:top w:w="50" w:type="dxa"/>
              <w:left w:w="100" w:type="dxa"/>
              <w:bottom w:w="50" w:type="dxa"/>
              <w:right w:w="80" w:type="dxa"/>
            </w:tcMar>
          </w:tcPr>
          <w:p w:rsidR="00626A61" w:rsidRPr="006F0BE6" w:rsidRDefault="008E717E">
            <w:pPr>
              <w:spacing w:after="0" w:line="240" w:lineRule="auto"/>
              <w:rPr>
                <w:lang w:val="ru-RU"/>
              </w:rPr>
            </w:pPr>
            <w:r w:rsidRPr="006F0BE6">
              <w:rPr>
                <w:rFonts w:eastAsia="Calibri" w:cs="Calibri"/>
                <w:b/>
                <w:color w:val="FFFFFF"/>
                <w:sz w:val="20"/>
                <w:lang w:val="ru-RU"/>
              </w:rPr>
              <w:t xml:space="preserve">ЧАСТ </w:t>
            </w:r>
            <w:r>
              <w:rPr>
                <w:rFonts w:eastAsia="Calibri" w:cs="Calibri"/>
                <w:b/>
                <w:color w:val="FFFFFF"/>
                <w:sz w:val="20"/>
              </w:rPr>
              <w:t>I</w:t>
            </w:r>
            <w:r w:rsidRPr="006F0BE6">
              <w:rPr>
                <w:rFonts w:eastAsia="Calibri" w:cs="Calibri"/>
                <w:b/>
                <w:color w:val="FFFFFF"/>
                <w:sz w:val="20"/>
                <w:lang w:val="ru-RU"/>
              </w:rPr>
              <w:t>. ПОПЪЛВА СЕ ОТ ПРОИЗВОДИТЕЛЯ</w:t>
            </w:r>
          </w:p>
        </w:tc>
        <w:tc>
          <w:tcPr>
            <w:tcW w:w="2929" w:type="dxa"/>
            <w:gridSpan w:val="4"/>
            <w:tcMar>
              <w:top w:w="50" w:type="dxa"/>
              <w:left w:w="60" w:type="dxa"/>
              <w:bottom w:w="50" w:type="dxa"/>
              <w:right w:w="20" w:type="dxa"/>
            </w:tcMar>
          </w:tcPr>
          <w:p w:rsidR="00626A61" w:rsidRDefault="008E717E">
            <w:pPr>
              <w:spacing w:after="0" w:line="240" w:lineRule="auto"/>
              <w:jc w:val="right"/>
            </w:pPr>
            <w:r>
              <w:rPr>
                <w:rFonts w:eastAsia="Calibri" w:cs="Calibri"/>
                <w:b/>
                <w:color w:val="004D26"/>
                <w:sz w:val="16"/>
              </w:rPr>
              <w:t>МОЛЯ, ПИШЕТЕ ЧЕТЛИВО!</w:t>
            </w:r>
          </w:p>
        </w:tc>
      </w:tr>
      <w:tr w:rsidR="00626A61" w:rsidTr="006F0BE6">
        <w:trPr>
          <w:gridBefore w:val="1"/>
        </w:trPr>
        <w:tc>
          <w:tcPr>
            <w:tcW w:w="545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5332"/>
            </w:tblGrid>
            <w:tr w:rsidR="00626A61" w:rsidRPr="006F0BE6">
              <w:tc>
                <w:tcPr>
                  <w:tcW w:w="5443" w:type="dxa"/>
                  <w:tcBorders>
                    <w:top w:val="single" w:sz="8" w:space="0" w:color="C8C8C8"/>
                    <w:left w:val="single" w:sz="8" w:space="0" w:color="C8C8C8"/>
                    <w:bottom w:val="single" w:sz="8" w:space="0" w:color="C8C8C8"/>
                    <w:right w:val="single" w:sz="8" w:space="0" w:color="C8C8C8"/>
                  </w:tcBorders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:rsidR="00626A61" w:rsidRPr="006F0BE6" w:rsidRDefault="008E717E">
                  <w:pPr>
                    <w:spacing w:before="20" w:after="40" w:line="240" w:lineRule="auto"/>
                    <w:rPr>
                      <w:lang w:val="ru-RU"/>
                    </w:rPr>
                  </w:pPr>
                  <w:r>
                    <w:rPr>
                      <w:noProof/>
                      <w:lang w:val="bg-BG" w:eastAsia="bg-BG"/>
                    </w:rPr>
                    <w:drawing>
                      <wp:inline distT="0" distB="0" distL="0" distR="0">
                        <wp:extent cx="151200" cy="151200"/>
                        <wp:effectExtent l="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um_1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200" cy="15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F0BE6">
                    <w:rPr>
                      <w:rFonts w:eastAsia="Calibri" w:cs="Calibri"/>
                      <w:lang w:val="ru-RU"/>
                    </w:rPr>
                    <w:t xml:space="preserve">  </w:t>
                  </w:r>
                  <w:r w:rsidRPr="006F0BE6">
                    <w:rPr>
                      <w:rFonts w:eastAsia="Calibri" w:cs="Calibri"/>
                      <w:b/>
                      <w:color w:val="004D26"/>
                      <w:lang w:val="ru-RU"/>
                    </w:rPr>
                    <w:t>ДАННИ ЗА ПРОИЗВОДИТЕЛЯ</w:t>
                  </w:r>
                </w:p>
                <w:p w:rsidR="00626A61" w:rsidRPr="006F0BE6" w:rsidRDefault="008E717E">
                  <w:pPr>
                    <w:tabs>
                      <w:tab w:val="right" w:leader="dot" w:pos="5200"/>
                    </w:tabs>
                    <w:spacing w:before="40" w:after="20" w:line="240" w:lineRule="auto"/>
                    <w:rPr>
                      <w:lang w:val="ru-RU"/>
                    </w:rPr>
                  </w:pPr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>Наименование:</w:t>
                  </w:r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ab/>
                  </w:r>
                </w:p>
                <w:p w:rsidR="00626A61" w:rsidRPr="006F0BE6" w:rsidRDefault="008E717E">
                  <w:pPr>
                    <w:tabs>
                      <w:tab w:val="right" w:leader="dot" w:pos="5200"/>
                    </w:tabs>
                    <w:spacing w:before="40" w:after="20" w:line="240" w:lineRule="auto"/>
                    <w:rPr>
                      <w:lang w:val="ru-RU"/>
                    </w:rPr>
                  </w:pPr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 xml:space="preserve">ЕИК / </w:t>
                  </w:r>
                  <w:proofErr w:type="spellStart"/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>Булстат</w:t>
                  </w:r>
                  <w:proofErr w:type="spellEnd"/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>:</w:t>
                  </w:r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ab/>
                  </w:r>
                </w:p>
                <w:p w:rsidR="00626A61" w:rsidRPr="006F0BE6" w:rsidRDefault="008E717E">
                  <w:pPr>
                    <w:tabs>
                      <w:tab w:val="right" w:leader="dot" w:pos="5200"/>
                    </w:tabs>
                    <w:spacing w:before="40" w:after="20" w:line="240" w:lineRule="auto"/>
                    <w:rPr>
                      <w:lang w:val="ru-RU"/>
                    </w:rPr>
                  </w:pPr>
                  <w:proofErr w:type="spellStart"/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>Представляван</w:t>
                  </w:r>
                  <w:proofErr w:type="spellEnd"/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 xml:space="preserve"> от:</w:t>
                  </w:r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ab/>
                  </w:r>
                </w:p>
                <w:p w:rsidR="00626A61" w:rsidRPr="006F0BE6" w:rsidRDefault="008E717E">
                  <w:pPr>
                    <w:tabs>
                      <w:tab w:val="right" w:leader="dot" w:pos="5200"/>
                    </w:tabs>
                    <w:spacing w:before="40" w:after="20" w:line="240" w:lineRule="auto"/>
                    <w:rPr>
                      <w:lang w:val="ru-RU"/>
                    </w:rPr>
                  </w:pPr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>Адрес:</w:t>
                  </w:r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ab/>
                  </w:r>
                </w:p>
                <w:p w:rsidR="00626A61" w:rsidRPr="006F0BE6" w:rsidRDefault="00626A61">
                  <w:pPr>
                    <w:spacing w:after="0" w:line="240" w:lineRule="auto"/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ook w:val="04A0" w:firstRow="1" w:lastRow="0" w:firstColumn="1" w:lastColumn="0" w:noHBand="0" w:noVBand="1"/>
                  </w:tblPr>
                  <w:tblGrid>
                    <w:gridCol w:w="2608"/>
                    <w:gridCol w:w="2608"/>
                  </w:tblGrid>
                  <w:tr w:rsidR="00626A61" w:rsidRPr="006F0BE6">
                    <w:tc>
                      <w:tcPr>
                        <w:tcW w:w="2608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626A61" w:rsidRPr="006F0BE6" w:rsidRDefault="008E717E">
                        <w:pPr>
                          <w:tabs>
                            <w:tab w:val="right" w:leader="dot" w:pos="2400"/>
                          </w:tabs>
                          <w:spacing w:after="0" w:line="240" w:lineRule="auto"/>
                          <w:rPr>
                            <w:lang w:val="ru-RU"/>
                          </w:rPr>
                        </w:pPr>
                        <w:r w:rsidRPr="006F0BE6">
                          <w:rPr>
                            <w:rFonts w:eastAsia="Calibri" w:cs="Calibri"/>
                            <w:sz w:val="17"/>
                            <w:lang w:val="ru-RU"/>
                          </w:rPr>
                          <w:t>Община:</w:t>
                        </w:r>
                        <w:r w:rsidRPr="006F0BE6">
                          <w:rPr>
                            <w:rFonts w:eastAsia="Calibri" w:cs="Calibri"/>
                            <w:sz w:val="17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2608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626A61" w:rsidRPr="006F0BE6" w:rsidRDefault="008E717E">
                        <w:pPr>
                          <w:tabs>
                            <w:tab w:val="right" w:leader="dot" w:pos="2400"/>
                          </w:tabs>
                          <w:spacing w:after="0" w:line="240" w:lineRule="auto"/>
                          <w:rPr>
                            <w:lang w:val="ru-RU"/>
                          </w:rPr>
                        </w:pPr>
                        <w:r w:rsidRPr="006F0BE6">
                          <w:rPr>
                            <w:rFonts w:eastAsia="Calibri" w:cs="Calibri"/>
                            <w:sz w:val="17"/>
                            <w:lang w:val="ru-RU"/>
                          </w:rPr>
                          <w:t xml:space="preserve">Населено </w:t>
                        </w:r>
                        <w:proofErr w:type="spellStart"/>
                        <w:r w:rsidRPr="006F0BE6">
                          <w:rPr>
                            <w:rFonts w:eastAsia="Calibri" w:cs="Calibri"/>
                            <w:sz w:val="17"/>
                            <w:lang w:val="ru-RU"/>
                          </w:rPr>
                          <w:t>място</w:t>
                        </w:r>
                        <w:proofErr w:type="spellEnd"/>
                        <w:r w:rsidRPr="006F0BE6">
                          <w:rPr>
                            <w:rFonts w:eastAsia="Calibri" w:cs="Calibri"/>
                            <w:sz w:val="17"/>
                            <w:lang w:val="ru-RU"/>
                          </w:rPr>
                          <w:t>:</w:t>
                        </w:r>
                        <w:r w:rsidRPr="006F0BE6">
                          <w:rPr>
                            <w:rFonts w:eastAsia="Calibri" w:cs="Calibri"/>
                            <w:sz w:val="17"/>
                            <w:lang w:val="ru-RU"/>
                          </w:rPr>
                          <w:tab/>
                        </w:r>
                      </w:p>
                    </w:tc>
                  </w:tr>
                </w:tbl>
                <w:p w:rsidR="00626A61" w:rsidRPr="006F0BE6" w:rsidRDefault="00626A61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ook w:val="04A0" w:firstRow="1" w:lastRow="0" w:firstColumn="1" w:lastColumn="0" w:noHBand="0" w:noVBand="1"/>
                  </w:tblPr>
                  <w:tblGrid>
                    <w:gridCol w:w="2608"/>
                    <w:gridCol w:w="2608"/>
                  </w:tblGrid>
                  <w:tr w:rsidR="00626A61" w:rsidRPr="006F0BE6">
                    <w:tc>
                      <w:tcPr>
                        <w:tcW w:w="2608" w:type="dxa"/>
                        <w:tcMar>
                          <w:top w:w="4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626A61" w:rsidRPr="006F0BE6" w:rsidRDefault="008E717E">
                        <w:pPr>
                          <w:tabs>
                            <w:tab w:val="right" w:leader="dot" w:pos="2400"/>
                          </w:tabs>
                          <w:spacing w:after="0" w:line="240" w:lineRule="auto"/>
                          <w:rPr>
                            <w:lang w:val="ru-RU"/>
                          </w:rPr>
                        </w:pP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0800" cy="100800"/>
                              <wp:effectExtent l="0" t="0" r="0" b="0"/>
                              <wp:docPr id="13" name="Picture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_phone.png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0800" cy="1008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F0BE6">
                          <w:rPr>
                            <w:rFonts w:eastAsia="Calibri" w:cs="Calibri"/>
                            <w:sz w:val="17"/>
                            <w:lang w:val="ru-RU"/>
                          </w:rPr>
                          <w:t xml:space="preserve">  Телефон:</w:t>
                        </w:r>
                        <w:r w:rsidRPr="006F0BE6">
                          <w:rPr>
                            <w:rFonts w:eastAsia="Calibri" w:cs="Calibri"/>
                            <w:sz w:val="17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2608" w:type="dxa"/>
                        <w:tcMar>
                          <w:top w:w="4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626A61" w:rsidRPr="006F0BE6" w:rsidRDefault="008E717E">
                        <w:pPr>
                          <w:tabs>
                            <w:tab w:val="right" w:leader="dot" w:pos="2400"/>
                          </w:tabs>
                          <w:spacing w:after="0" w:line="240" w:lineRule="auto"/>
                          <w:rPr>
                            <w:lang w:val="ru-RU"/>
                          </w:rPr>
                        </w:pP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0800" cy="100800"/>
                              <wp:effectExtent l="0" t="0" r="0" b="0"/>
                              <wp:docPr id="14" name="Picture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_mail.png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0800" cy="1008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F0BE6">
                          <w:rPr>
                            <w:rFonts w:eastAsia="Calibri" w:cs="Calibri"/>
                            <w:sz w:val="17"/>
                            <w:lang w:val="ru-RU"/>
                          </w:rPr>
                          <w:t xml:space="preserve">  </w:t>
                        </w:r>
                        <w:r>
                          <w:rPr>
                            <w:rFonts w:eastAsia="Calibri" w:cs="Calibri"/>
                            <w:sz w:val="17"/>
                          </w:rPr>
                          <w:t>E</w:t>
                        </w:r>
                        <w:r w:rsidRPr="006F0BE6">
                          <w:rPr>
                            <w:rFonts w:eastAsia="Calibri" w:cs="Calibri"/>
                            <w:sz w:val="17"/>
                            <w:lang w:val="ru-RU"/>
                          </w:rPr>
                          <w:t>-</w:t>
                        </w:r>
                        <w:r>
                          <w:rPr>
                            <w:rFonts w:eastAsia="Calibri" w:cs="Calibri"/>
                            <w:sz w:val="17"/>
                          </w:rPr>
                          <w:t>mail</w:t>
                        </w:r>
                        <w:r w:rsidRPr="006F0BE6">
                          <w:rPr>
                            <w:rFonts w:eastAsia="Calibri" w:cs="Calibri"/>
                            <w:sz w:val="17"/>
                            <w:lang w:val="ru-RU"/>
                          </w:rPr>
                          <w:t>:</w:t>
                        </w:r>
                        <w:r w:rsidRPr="006F0BE6">
                          <w:rPr>
                            <w:rFonts w:eastAsia="Calibri" w:cs="Calibri"/>
                            <w:sz w:val="17"/>
                            <w:lang w:val="ru-RU"/>
                          </w:rPr>
                          <w:tab/>
                        </w:r>
                      </w:p>
                    </w:tc>
                  </w:tr>
                </w:tbl>
                <w:p w:rsidR="00626A61" w:rsidRPr="006F0BE6" w:rsidRDefault="00626A61">
                  <w:pPr>
                    <w:rPr>
                      <w:lang w:val="ru-RU"/>
                    </w:rPr>
                  </w:pPr>
                </w:p>
                <w:p w:rsidR="00626A61" w:rsidRPr="006F0BE6" w:rsidRDefault="008E717E">
                  <w:pPr>
                    <w:tabs>
                      <w:tab w:val="right" w:leader="dot" w:pos="5200"/>
                    </w:tabs>
                    <w:spacing w:before="40" w:after="20" w:line="240" w:lineRule="auto"/>
                    <w:rPr>
                      <w:lang w:val="ru-RU"/>
                    </w:rPr>
                  </w:pPr>
                  <w:r>
                    <w:rPr>
                      <w:noProof/>
                      <w:lang w:val="bg-BG" w:eastAsia="bg-BG"/>
                    </w:rPr>
                    <w:drawing>
                      <wp:inline distT="0" distB="0" distL="0" distR="0">
                        <wp:extent cx="108000" cy="108000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_web.pn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 </w:t>
                  </w:r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>Интернет страница (</w:t>
                  </w:r>
                  <w:proofErr w:type="spellStart"/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>ако</w:t>
                  </w:r>
                  <w:proofErr w:type="spellEnd"/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 xml:space="preserve"> </w:t>
                  </w:r>
                  <w:proofErr w:type="spellStart"/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>има</w:t>
                  </w:r>
                  <w:proofErr w:type="spellEnd"/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>):</w:t>
                  </w:r>
                  <w:r w:rsidRPr="006F0BE6">
                    <w:rPr>
                      <w:rFonts w:eastAsia="Calibri" w:cs="Calibri"/>
                      <w:sz w:val="17"/>
                      <w:lang w:val="ru-RU"/>
                    </w:rPr>
                    <w:tab/>
                  </w:r>
                </w:p>
              </w:tc>
            </w:tr>
            <w:tr w:rsidR="00626A61">
              <w:tc>
                <w:tcPr>
                  <w:tcW w:w="5443" w:type="dxa"/>
                  <w:tcBorders>
                    <w:top w:val="single" w:sz="8" w:space="0" w:color="C8C8C8"/>
                    <w:left w:val="single" w:sz="8" w:space="0" w:color="C8C8C8"/>
                    <w:bottom w:val="single" w:sz="8" w:space="0" w:color="C8C8C8"/>
                    <w:right w:val="single" w:sz="8" w:space="0" w:color="C8C8C8"/>
                  </w:tcBorders>
                  <w:tcMar>
                    <w:top w:w="50" w:type="dxa"/>
                    <w:left w:w="70" w:type="dxa"/>
                    <w:bottom w:w="40" w:type="dxa"/>
                    <w:right w:w="50" w:type="dxa"/>
                  </w:tcMar>
                </w:tcPr>
                <w:p w:rsidR="00626A61" w:rsidRPr="006F0BE6" w:rsidRDefault="008E717E">
                  <w:pPr>
                    <w:spacing w:before="20" w:after="40" w:line="240" w:lineRule="auto"/>
                    <w:rPr>
                      <w:lang w:val="ru-RU"/>
                    </w:rPr>
                  </w:pPr>
                  <w:r>
                    <w:rPr>
                      <w:noProof/>
                      <w:lang w:val="bg-BG" w:eastAsia="bg-BG"/>
                    </w:rPr>
                    <w:drawing>
                      <wp:inline distT="0" distB="0" distL="0" distR="0">
                        <wp:extent cx="151200" cy="151200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um_2.pn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200" cy="15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F0BE6">
                    <w:rPr>
                      <w:rFonts w:eastAsia="Calibri" w:cs="Calibri"/>
                      <w:lang w:val="ru-RU"/>
                    </w:rPr>
                    <w:t xml:space="preserve">  </w:t>
                  </w:r>
                  <w:r w:rsidRPr="006F0BE6">
                    <w:rPr>
                      <w:rFonts w:eastAsia="Calibri" w:cs="Calibri"/>
                      <w:b/>
                      <w:color w:val="004D26"/>
                      <w:lang w:val="ru-RU"/>
                    </w:rPr>
                    <w:t>НАПРАВЛЕНИЕ НА ДЕЙНОСТ</w:t>
                  </w:r>
                  <w:r w:rsidRPr="006F0BE6">
                    <w:rPr>
                      <w:rFonts w:eastAsia="Calibri" w:cs="Calibri"/>
                      <w:color w:val="004D26"/>
                      <w:sz w:val="15"/>
                      <w:lang w:val="ru-RU"/>
                    </w:rPr>
                    <w:t xml:space="preserve"> (</w:t>
                  </w:r>
                  <w:proofErr w:type="spellStart"/>
                  <w:r w:rsidRPr="006F0BE6">
                    <w:rPr>
                      <w:rFonts w:eastAsia="Calibri" w:cs="Calibri"/>
                      <w:color w:val="004D26"/>
                      <w:sz w:val="15"/>
                      <w:lang w:val="ru-RU"/>
                    </w:rPr>
                    <w:t>отбележете</w:t>
                  </w:r>
                  <w:proofErr w:type="spellEnd"/>
                  <w:r w:rsidRPr="006F0BE6">
                    <w:rPr>
                      <w:rFonts w:eastAsia="Calibri" w:cs="Calibri"/>
                      <w:color w:val="004D26"/>
                      <w:sz w:val="15"/>
                      <w:lang w:val="ru-RU"/>
                    </w:rPr>
                    <w:t xml:space="preserve"> </w:t>
                  </w:r>
                  <w:proofErr w:type="spellStart"/>
                  <w:r w:rsidRPr="006F0BE6">
                    <w:rPr>
                      <w:rFonts w:eastAsia="Calibri" w:cs="Calibri"/>
                      <w:color w:val="004D26"/>
                      <w:sz w:val="15"/>
                      <w:lang w:val="ru-RU"/>
                    </w:rPr>
                    <w:t>основното</w:t>
                  </w:r>
                  <w:proofErr w:type="spellEnd"/>
                  <w:r w:rsidRPr="006F0BE6">
                    <w:rPr>
                      <w:rFonts w:eastAsia="Calibri" w:cs="Calibri"/>
                      <w:color w:val="004D26"/>
                      <w:sz w:val="15"/>
                      <w:lang w:val="ru-RU"/>
                    </w:rPr>
                    <w:t>)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ook w:val="04A0" w:firstRow="1" w:lastRow="0" w:firstColumn="1" w:lastColumn="0" w:noHBand="0" w:noVBand="1"/>
                  </w:tblPr>
                  <w:tblGrid>
                    <w:gridCol w:w="2550"/>
                    <w:gridCol w:w="2662"/>
                  </w:tblGrid>
                  <w:tr w:rsidR="00626A61">
                    <w:tc>
                      <w:tcPr>
                        <w:tcW w:w="2551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6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6"/>
                          </w:rPr>
                          <w:t xml:space="preserve">  </w:t>
                        </w: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8000" cy="108000"/>
                              <wp:effectExtent l="0" t="0" r="0" b="0"/>
                              <wp:docPr id="17" name="Picture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_leaf.png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Calibri" w:cs="Calibri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Calibri" w:cs="Calibri"/>
                            <w:sz w:val="15"/>
                          </w:rPr>
                          <w:t>Растениевъдство</w:t>
                        </w:r>
                        <w:proofErr w:type="spellEnd"/>
                      </w:p>
                    </w:tc>
                    <w:tc>
                      <w:tcPr>
                        <w:tcW w:w="2664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6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6"/>
                          </w:rPr>
                          <w:t xml:space="preserve">  </w:t>
                        </w: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8000" cy="108000"/>
                              <wp:effectExtent l="0" t="0" r="0" b="0"/>
                              <wp:docPr id="18" name="Picture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_meat.png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Calibri" w:cs="Calibri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>Месопреработване и месни продукти</w:t>
                        </w:r>
                      </w:p>
                    </w:tc>
                  </w:tr>
                  <w:tr w:rsidR="00626A61" w:rsidRPr="006F0BE6">
                    <w:tc>
                      <w:tcPr>
                        <w:tcW w:w="2551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6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6"/>
                          </w:rPr>
                          <w:t xml:space="preserve">  </w:t>
                        </w: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8000" cy="108000"/>
                              <wp:effectExtent l="0" t="0" r="0" b="0"/>
                              <wp:docPr id="19" name="Picture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_cow.png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Calibri" w:cs="Calibri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>Животновъдство</w:t>
                        </w:r>
                      </w:p>
                    </w:tc>
                    <w:tc>
                      <w:tcPr>
                        <w:tcW w:w="2664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Pr="006F0BE6" w:rsidRDefault="008E717E">
                        <w:pPr>
                          <w:spacing w:after="0" w:line="240" w:lineRule="auto"/>
                          <w:rPr>
                            <w:lang w:val="ru-RU"/>
                          </w:rPr>
                        </w:pPr>
                        <w:r w:rsidRPr="006F0BE6">
                          <w:rPr>
                            <w:rFonts w:eastAsia="Calibri" w:cs="Calibri"/>
                            <w:sz w:val="16"/>
                            <w:lang w:val="ru-RU"/>
                          </w:rPr>
                          <w:t>☐</w:t>
                        </w:r>
                        <w:r w:rsidRPr="006F0BE6">
                          <w:rPr>
                            <w:rFonts w:eastAsia="Calibri" w:cs="Calibri"/>
                            <w:sz w:val="16"/>
                            <w:lang w:val="ru-RU"/>
                          </w:rPr>
                          <w:t xml:space="preserve">  </w:t>
                        </w: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8000" cy="108000"/>
                              <wp:effectExtent l="0" t="0" r="0" b="0"/>
                              <wp:docPr id="20" name="Picture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_fruit.png"/>
                                      <pic:cNvPicPr/>
                                    </pic:nvPicPr>
                                    <pic:blipFill>
                                      <a:blip r:embed="rId1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F0BE6">
                          <w:rPr>
                            <w:rFonts w:eastAsia="Calibri" w:cs="Calibri"/>
                            <w:sz w:val="14"/>
                            <w:lang w:val="ru-RU"/>
                          </w:rPr>
                          <w:t xml:space="preserve"> </w:t>
                        </w:r>
                        <w:r w:rsidRPr="006F0BE6">
                          <w:rPr>
                            <w:rFonts w:eastAsia="Calibri" w:cs="Calibri"/>
                            <w:sz w:val="15"/>
                            <w:lang w:val="ru-RU"/>
                          </w:rPr>
                          <w:t xml:space="preserve">Производство на </w:t>
                        </w:r>
                        <w:proofErr w:type="spellStart"/>
                        <w:r w:rsidRPr="006F0BE6">
                          <w:rPr>
                            <w:rFonts w:eastAsia="Calibri" w:cs="Calibri"/>
                            <w:sz w:val="15"/>
                            <w:lang w:val="ru-RU"/>
                          </w:rPr>
                          <w:t>плодове</w:t>
                        </w:r>
                        <w:proofErr w:type="spellEnd"/>
                        <w:r w:rsidRPr="006F0BE6">
                          <w:rPr>
                            <w:rFonts w:eastAsia="Calibri" w:cs="Calibri"/>
                            <w:sz w:val="15"/>
                            <w:lang w:val="ru-RU"/>
                          </w:rPr>
                          <w:t xml:space="preserve"> и </w:t>
                        </w:r>
                        <w:proofErr w:type="spellStart"/>
                        <w:r w:rsidRPr="006F0BE6">
                          <w:rPr>
                            <w:rFonts w:eastAsia="Calibri" w:cs="Calibri"/>
                            <w:sz w:val="15"/>
                            <w:lang w:val="ru-RU"/>
                          </w:rPr>
                          <w:t>зеленчуци</w:t>
                        </w:r>
                        <w:proofErr w:type="spellEnd"/>
                      </w:p>
                    </w:tc>
                  </w:tr>
                  <w:tr w:rsidR="00626A61">
                    <w:tc>
                      <w:tcPr>
                        <w:tcW w:w="2551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6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6"/>
                          </w:rPr>
                          <w:t xml:space="preserve">  </w:t>
                        </w: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8000" cy="108000"/>
                              <wp:effectExtent l="0" t="0" r="0" b="0"/>
                              <wp:docPr id="21" name="Picture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_grapes.png"/>
                                      <pic:cNvPicPr/>
                                    </pic:nvPicPr>
                                    <pic:blipFill>
                                      <a:blip r:embed="rId1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Calibri" w:cs="Calibri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Calibri" w:cs="Calibri"/>
                            <w:sz w:val="15"/>
                          </w:rPr>
                          <w:t>Лозарство</w:t>
                        </w:r>
                        <w:proofErr w:type="spellEnd"/>
                      </w:p>
                    </w:tc>
                    <w:tc>
                      <w:tcPr>
                        <w:tcW w:w="2664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6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6"/>
                          </w:rPr>
                          <w:t xml:space="preserve">  </w:t>
                        </w: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8000" cy="108000"/>
                              <wp:effectExtent l="0" t="0" r="0" b="0"/>
                              <wp:docPr id="22" name="Picture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_factory.png"/>
                                      <pic:cNvPicPr/>
                                    </pic:nvPicPr>
                                    <pic:blipFill>
                                      <a:blip r:embed="rId1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Calibri" w:cs="Calibri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>Хранително-вкусова промишленост</w:t>
                        </w:r>
                      </w:p>
                    </w:tc>
                  </w:tr>
                  <w:tr w:rsidR="00626A61">
                    <w:tc>
                      <w:tcPr>
                        <w:tcW w:w="2551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6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6"/>
                          </w:rPr>
                          <w:t xml:space="preserve">  </w:t>
                        </w: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8000" cy="108000"/>
                              <wp:effectExtent l="0" t="0" r="0" b="0"/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_wine.png"/>
                                      <pic:cNvPicPr/>
                                    </pic:nvPicPr>
                                    <pic:blipFill>
                                      <a:blip r:embed="rId2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Calibri" w:cs="Calibri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>Винарство</w:t>
                        </w:r>
                      </w:p>
                    </w:tc>
                    <w:tc>
                      <w:tcPr>
                        <w:tcW w:w="2664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6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6"/>
                          </w:rPr>
                          <w:t xml:space="preserve">  </w:t>
                        </w: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8000" cy="108000"/>
                              <wp:effectExtent l="0" t="0" r="0" b="0"/>
                              <wp:docPr id="24" name="Picture 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_bio.png"/>
                                      <pic:cNvPicPr/>
                                    </pic:nvPicPr>
                                    <pic:blipFill>
                                      <a:blip r:embed="rId2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Calibri" w:cs="Calibri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>Биологично производство</w:t>
                        </w:r>
                      </w:p>
                    </w:tc>
                  </w:tr>
                  <w:tr w:rsidR="00626A61" w:rsidRPr="006F0BE6">
                    <w:tc>
                      <w:tcPr>
                        <w:tcW w:w="2551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6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6"/>
                          </w:rPr>
                          <w:t xml:space="preserve">  </w:t>
                        </w: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8000" cy="108000"/>
                              <wp:effectExtent l="0" t="0" r="0" b="0"/>
                              <wp:docPr id="25" name="Picture 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_honey.png"/>
                                      <pic:cNvPicPr/>
                                    </pic:nvPicPr>
                                    <pic:blipFill>
                                      <a:blip r:embed="rId2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Calibri" w:cs="Calibri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>Пчеларство</w:t>
                        </w:r>
                      </w:p>
                    </w:tc>
                    <w:tc>
                      <w:tcPr>
                        <w:tcW w:w="2664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Pr="006F0BE6" w:rsidRDefault="008E717E">
                        <w:pPr>
                          <w:spacing w:after="0" w:line="240" w:lineRule="auto"/>
                          <w:rPr>
                            <w:lang w:val="ru-RU"/>
                          </w:rPr>
                        </w:pPr>
                        <w:r w:rsidRPr="006F0BE6">
                          <w:rPr>
                            <w:rFonts w:eastAsia="Calibri" w:cs="Calibri"/>
                            <w:sz w:val="16"/>
                            <w:lang w:val="ru-RU"/>
                          </w:rPr>
                          <w:t>☐</w:t>
                        </w:r>
                        <w:r w:rsidRPr="006F0BE6">
                          <w:rPr>
                            <w:rFonts w:eastAsia="Calibri" w:cs="Calibri"/>
                            <w:sz w:val="16"/>
                            <w:lang w:val="ru-RU"/>
                          </w:rPr>
                          <w:t xml:space="preserve">  </w:t>
                        </w: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8000" cy="108000"/>
                              <wp:effectExtent l="0" t="0" r="0" b="0"/>
                              <wp:docPr id="26" name="Picture 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_pot.png"/>
                                      <pic:cNvPicPr/>
                                    </pic:nvPicPr>
                                    <pic:blipFill>
                                      <a:blip r:embed="rId2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F0BE6">
                          <w:rPr>
                            <w:rFonts w:eastAsia="Calibri" w:cs="Calibri"/>
                            <w:sz w:val="14"/>
                            <w:lang w:val="ru-RU"/>
                          </w:rPr>
                          <w:t xml:space="preserve"> </w:t>
                        </w:r>
                        <w:r w:rsidRPr="006F0BE6">
                          <w:rPr>
                            <w:rFonts w:eastAsia="Calibri" w:cs="Calibri"/>
                            <w:sz w:val="15"/>
                            <w:lang w:val="ru-RU"/>
                          </w:rPr>
                          <w:t xml:space="preserve">Производство на </w:t>
                        </w:r>
                        <w:proofErr w:type="spellStart"/>
                        <w:r w:rsidRPr="006F0BE6">
                          <w:rPr>
                            <w:rFonts w:eastAsia="Calibri" w:cs="Calibri"/>
                            <w:sz w:val="15"/>
                            <w:lang w:val="ru-RU"/>
                          </w:rPr>
                          <w:t>традиционни</w:t>
                        </w:r>
                        <w:proofErr w:type="spellEnd"/>
                        <w:r w:rsidRPr="006F0BE6">
                          <w:rPr>
                            <w:rFonts w:eastAsia="Calibri" w:cs="Calibri"/>
                            <w:sz w:val="15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6F0BE6">
                          <w:rPr>
                            <w:rFonts w:eastAsia="Calibri" w:cs="Calibri"/>
                            <w:sz w:val="15"/>
                            <w:lang w:val="ru-RU"/>
                          </w:rPr>
                          <w:t>местни</w:t>
                        </w:r>
                        <w:proofErr w:type="spellEnd"/>
                        <w:r w:rsidRPr="006F0BE6">
                          <w:rPr>
                            <w:rFonts w:eastAsia="Calibri" w:cs="Calibri"/>
                            <w:sz w:val="15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6F0BE6">
                          <w:rPr>
                            <w:rFonts w:eastAsia="Calibri" w:cs="Calibri"/>
                            <w:sz w:val="15"/>
                            <w:lang w:val="ru-RU"/>
                          </w:rPr>
                          <w:t>продукти</w:t>
                        </w:r>
                        <w:proofErr w:type="spellEnd"/>
                      </w:p>
                    </w:tc>
                  </w:tr>
                  <w:tr w:rsidR="00626A61">
                    <w:tc>
                      <w:tcPr>
                        <w:tcW w:w="2551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6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6"/>
                          </w:rPr>
                          <w:t xml:space="preserve">  </w:t>
                        </w: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8000" cy="108000"/>
                              <wp:effectExtent l="0" t="0" r="0" b="0"/>
                              <wp:docPr id="27" name="Picture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_milk.png"/>
                                      <pic:cNvPicPr/>
                                    </pic:nvPicPr>
                                    <pic:blipFill>
                                      <a:blip r:embed="rId2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Calibri" w:cs="Calibri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Calibri" w:cs="Calibri"/>
                            <w:sz w:val="15"/>
                          </w:rPr>
                          <w:t>Млекопроизводство</w:t>
                        </w:r>
                        <w:proofErr w:type="spellEnd"/>
                      </w:p>
                    </w:tc>
                    <w:tc>
                      <w:tcPr>
                        <w:tcW w:w="2664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6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6"/>
                          </w:rPr>
                          <w:t xml:space="preserve">  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>Друго: ........................</w:t>
                        </w:r>
                      </w:p>
                    </w:tc>
                  </w:tr>
                  <w:tr w:rsidR="00626A61">
                    <w:tc>
                      <w:tcPr>
                        <w:tcW w:w="2551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6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6"/>
                          </w:rPr>
                          <w:t xml:space="preserve">  </w:t>
                        </w:r>
                        <w:r>
                          <w:rPr>
                            <w:noProof/>
                            <w:lang w:val="bg-BG" w:eastAsia="bg-BG"/>
                          </w:rPr>
                          <w:drawing>
                            <wp:inline distT="0" distB="0" distL="0" distR="0">
                              <wp:extent cx="108000" cy="108000"/>
                              <wp:effectExtent l="0" t="0" r="0" b="0"/>
                              <wp:docPr id="28" name="Picture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_cabbage.png"/>
                                      <pic:cNvPicPr/>
                                    </pic:nvPicPr>
                                    <pic:blipFill>
                                      <a:blip r:embed="rId2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Calibri" w:cs="Calibri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>Зеленчукопроизводство</w:t>
                        </w:r>
                      </w:p>
                    </w:tc>
                    <w:tc>
                      <w:tcPr>
                        <w:tcW w:w="2664" w:type="dxa"/>
                        <w:tcMar>
                          <w:top w:w="28" w:type="dxa"/>
                          <w:left w:w="10" w:type="dxa"/>
                          <w:bottom w:w="28" w:type="dxa"/>
                          <w:right w:w="10" w:type="dxa"/>
                        </w:tcMar>
                      </w:tcPr>
                      <w:p w:rsidR="00626A61" w:rsidRDefault="00626A61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626A61" w:rsidRDefault="00626A61"/>
              </w:tc>
            </w:tr>
          </w:tbl>
          <w:p w:rsidR="00626A61" w:rsidRDefault="00626A61">
            <w:pPr>
              <w:spacing w:after="0" w:line="240" w:lineRule="auto"/>
            </w:pPr>
          </w:p>
          <w:p w:rsidR="00626A61" w:rsidRDefault="00626A61"/>
        </w:tc>
        <w:tc>
          <w:tcPr>
            <w:tcW w:w="5676" w:type="dxa"/>
            <w:gridSpan w:val="9"/>
            <w:tcMar>
              <w:top w:w="0" w:type="dxa"/>
              <w:left w:w="40" w:type="dxa"/>
              <w:bottom w:w="0" w:type="dxa"/>
              <w:right w:w="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5499"/>
            </w:tblGrid>
            <w:tr w:rsidR="00626A61" w:rsidRPr="006F0BE6">
              <w:tc>
                <w:tcPr>
                  <w:tcW w:w="5499" w:type="dxa"/>
                  <w:tcBorders>
                    <w:top w:val="single" w:sz="8" w:space="0" w:color="C8C8C8"/>
                    <w:left w:val="single" w:sz="8" w:space="0" w:color="C8C8C8"/>
                    <w:bottom w:val="single" w:sz="8" w:space="0" w:color="C8C8C8"/>
                    <w:right w:val="single" w:sz="8" w:space="0" w:color="C8C8C8"/>
                  </w:tcBorders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:rsidR="00626A61" w:rsidRPr="006F0BE6" w:rsidRDefault="008E717E">
                  <w:pPr>
                    <w:spacing w:before="20" w:after="40" w:line="240" w:lineRule="auto"/>
                    <w:rPr>
                      <w:lang w:val="ru-RU"/>
                    </w:rPr>
                  </w:pPr>
                  <w:r>
                    <w:rPr>
                      <w:noProof/>
                      <w:lang w:val="bg-BG" w:eastAsia="bg-BG"/>
                    </w:rPr>
                    <w:drawing>
                      <wp:inline distT="0" distB="0" distL="0" distR="0">
                        <wp:extent cx="151200" cy="151200"/>
                        <wp:effectExtent l="0" t="0" r="0" b="0"/>
                        <wp:docPr id="29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um_4.png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200" cy="15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F0BE6">
                    <w:rPr>
                      <w:rFonts w:eastAsia="Calibri" w:cs="Calibri"/>
                      <w:lang w:val="ru-RU"/>
                    </w:rPr>
                    <w:t xml:space="preserve">  </w:t>
                  </w:r>
                  <w:r w:rsidRPr="006F0BE6">
                    <w:rPr>
                      <w:rFonts w:eastAsia="Calibri" w:cs="Calibri"/>
                      <w:b/>
                      <w:color w:val="004D26"/>
                      <w:lang w:val="ru-RU"/>
                    </w:rPr>
                    <w:t>ПРЕДСТАВЯНА ПРОДУКЦИЯ</w:t>
                  </w:r>
                </w:p>
                <w:p w:rsidR="00626A61" w:rsidRPr="006F0BE6" w:rsidRDefault="008E717E">
                  <w:pPr>
                    <w:spacing w:before="20" w:after="20" w:line="240" w:lineRule="auto"/>
                    <w:rPr>
                      <w:lang w:val="ru-RU"/>
                    </w:rPr>
                  </w:pPr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Моля, опишете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накратко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продуктите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,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които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ще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представите:</w:t>
                  </w:r>
                </w:p>
                <w:p w:rsidR="00626A61" w:rsidRPr="006F0BE6" w:rsidRDefault="008E717E">
                  <w:pPr>
                    <w:tabs>
                      <w:tab w:val="right" w:leader="dot" w:pos="5300"/>
                    </w:tabs>
                    <w:spacing w:before="60" w:after="0" w:line="240" w:lineRule="auto"/>
                    <w:rPr>
                      <w:lang w:val="ru-RU"/>
                    </w:rPr>
                  </w:pPr>
                  <w:r w:rsidRPr="006F0BE6">
                    <w:rPr>
                      <w:rFonts w:eastAsia="Calibri" w:cs="Calibri"/>
                      <w:lang w:val="ru-RU"/>
                    </w:rPr>
                    <w:tab/>
                  </w:r>
                </w:p>
                <w:p w:rsidR="00626A61" w:rsidRPr="006F0BE6" w:rsidRDefault="008E717E">
                  <w:pPr>
                    <w:tabs>
                      <w:tab w:val="right" w:leader="dot" w:pos="5300"/>
                    </w:tabs>
                    <w:spacing w:before="60" w:after="0" w:line="240" w:lineRule="auto"/>
                    <w:rPr>
                      <w:lang w:val="ru-RU"/>
                    </w:rPr>
                  </w:pPr>
                  <w:r w:rsidRPr="006F0BE6">
                    <w:rPr>
                      <w:rFonts w:eastAsia="Calibri" w:cs="Calibri"/>
                      <w:lang w:val="ru-RU"/>
                    </w:rPr>
                    <w:tab/>
                  </w:r>
                </w:p>
                <w:p w:rsidR="00626A61" w:rsidRPr="006F0BE6" w:rsidRDefault="008E717E">
                  <w:pPr>
                    <w:tabs>
                      <w:tab w:val="right" w:leader="dot" w:pos="5300"/>
                    </w:tabs>
                    <w:spacing w:before="60" w:after="0" w:line="240" w:lineRule="auto"/>
                    <w:rPr>
                      <w:lang w:val="ru-RU"/>
                    </w:rPr>
                  </w:pPr>
                  <w:r w:rsidRPr="006F0BE6">
                    <w:rPr>
                      <w:rFonts w:eastAsia="Calibri" w:cs="Calibri"/>
                      <w:lang w:val="ru-RU"/>
                    </w:rPr>
                    <w:tab/>
                  </w:r>
                </w:p>
                <w:p w:rsidR="00626A61" w:rsidRPr="006F0BE6" w:rsidRDefault="008E717E">
                  <w:pPr>
                    <w:tabs>
                      <w:tab w:val="right" w:leader="dot" w:pos="5300"/>
                    </w:tabs>
                    <w:spacing w:before="60" w:after="0" w:line="240" w:lineRule="auto"/>
                    <w:rPr>
                      <w:lang w:val="ru-RU"/>
                    </w:rPr>
                  </w:pPr>
                  <w:r w:rsidRPr="006F0BE6">
                    <w:rPr>
                      <w:rFonts w:eastAsia="Calibri" w:cs="Calibri"/>
                      <w:lang w:val="ru-RU"/>
                    </w:rPr>
                    <w:tab/>
                  </w:r>
                </w:p>
                <w:p w:rsidR="00626A61" w:rsidRPr="006F0BE6" w:rsidRDefault="008E717E">
                  <w:pPr>
                    <w:tabs>
                      <w:tab w:val="right" w:leader="dot" w:pos="5300"/>
                    </w:tabs>
                    <w:spacing w:before="60" w:after="0" w:line="240" w:lineRule="auto"/>
                    <w:rPr>
                      <w:lang w:val="ru-RU"/>
                    </w:rPr>
                  </w:pPr>
                  <w:r w:rsidRPr="006F0BE6">
                    <w:rPr>
                      <w:rFonts w:eastAsia="Calibri" w:cs="Calibri"/>
                      <w:lang w:val="ru-RU"/>
                    </w:rPr>
                    <w:tab/>
                  </w:r>
                </w:p>
              </w:tc>
            </w:tr>
            <w:tr w:rsidR="00626A61">
              <w:tc>
                <w:tcPr>
                  <w:tcW w:w="5499" w:type="dxa"/>
                  <w:tcBorders>
                    <w:top w:val="single" w:sz="8" w:space="0" w:color="C8C8C8"/>
                    <w:left w:val="single" w:sz="8" w:space="0" w:color="C8C8C8"/>
                    <w:bottom w:val="single" w:sz="8" w:space="0" w:color="C8C8C8"/>
                    <w:right w:val="single" w:sz="8" w:space="0" w:color="C8C8C8"/>
                  </w:tcBorders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:rsidR="00626A61" w:rsidRDefault="008E717E">
                  <w:pPr>
                    <w:spacing w:before="20" w:after="40" w:line="240" w:lineRule="auto"/>
                  </w:pPr>
                  <w:r>
                    <w:rPr>
                      <w:noProof/>
                      <w:lang w:val="bg-BG" w:eastAsia="bg-BG"/>
                    </w:rPr>
                    <w:drawing>
                      <wp:inline distT="0" distB="0" distL="0" distR="0">
                        <wp:extent cx="151200" cy="151200"/>
                        <wp:effectExtent l="0" t="0" r="0" b="0"/>
                        <wp:docPr id="30" name="Picture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um_5.png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200" cy="15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Calibri" w:cs="Calibri"/>
                    </w:rPr>
                    <w:t xml:space="preserve">  </w:t>
                  </w:r>
                  <w:r>
                    <w:rPr>
                      <w:rFonts w:eastAsia="Calibri" w:cs="Calibri"/>
                      <w:b/>
                      <w:color w:val="004D26"/>
                    </w:rPr>
                    <w:t>ДОПЪЛНИТЕЛНА ИНФОРМАЦИЯ</w:t>
                  </w:r>
                  <w:r>
                    <w:rPr>
                      <w:rFonts w:eastAsia="Calibri" w:cs="Calibri"/>
                      <w:color w:val="004D26"/>
                      <w:sz w:val="15"/>
                    </w:rPr>
                    <w:t xml:space="preserve"> (</w:t>
                  </w:r>
                  <w:proofErr w:type="spellStart"/>
                  <w:r>
                    <w:rPr>
                      <w:rFonts w:eastAsia="Calibri" w:cs="Calibri"/>
                      <w:color w:val="004D26"/>
                      <w:sz w:val="15"/>
                    </w:rPr>
                    <w:t>отбележете</w:t>
                  </w:r>
                  <w:proofErr w:type="spellEnd"/>
                  <w:r>
                    <w:rPr>
                      <w:rFonts w:eastAsia="Calibri" w:cs="Calibri"/>
                      <w:color w:val="004D26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rFonts w:eastAsia="Calibri" w:cs="Calibri"/>
                      <w:color w:val="004D26"/>
                      <w:sz w:val="15"/>
                    </w:rPr>
                    <w:t>приложимото</w:t>
                  </w:r>
                  <w:proofErr w:type="spellEnd"/>
                  <w:r>
                    <w:rPr>
                      <w:rFonts w:eastAsia="Calibri" w:cs="Calibri"/>
                      <w:color w:val="004D26"/>
                      <w:sz w:val="15"/>
                    </w:rPr>
                    <w:t>)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ook w:val="04A0" w:firstRow="1" w:lastRow="0" w:firstColumn="1" w:lastColumn="0" w:noHBand="0" w:noVBand="1"/>
                  </w:tblPr>
                  <w:tblGrid>
                    <w:gridCol w:w="2664"/>
                    <w:gridCol w:w="2608"/>
                  </w:tblGrid>
                  <w:tr w:rsidR="00626A61">
                    <w:tc>
                      <w:tcPr>
                        <w:tcW w:w="2664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Биологично производство</w:t>
                        </w:r>
                      </w:p>
                    </w:tc>
                    <w:tc>
                      <w:tcPr>
                        <w:tcW w:w="2608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Сертифициран за качество</w:t>
                        </w:r>
                      </w:p>
                    </w:tc>
                  </w:tr>
                  <w:tr w:rsidR="00626A61">
                    <w:tc>
                      <w:tcPr>
                        <w:tcW w:w="2664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Традиционно местно производство</w:t>
                        </w:r>
                      </w:p>
                    </w:tc>
                    <w:tc>
                      <w:tcPr>
                        <w:tcW w:w="2608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Възможности за дегустация</w:t>
                        </w:r>
                      </w:p>
                    </w:tc>
                  </w:tr>
                  <w:tr w:rsidR="00626A61">
                    <w:tc>
                      <w:tcPr>
                        <w:tcW w:w="2664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Продукт със защитено наименование</w:t>
                        </w:r>
                      </w:p>
                    </w:tc>
                    <w:tc>
                      <w:tcPr>
                        <w:tcW w:w="2608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Възможности за 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>демонстрация</w:t>
                        </w:r>
                      </w:p>
                    </w:tc>
                  </w:tr>
                  <w:tr w:rsidR="00626A61">
                    <w:tc>
                      <w:tcPr>
                        <w:tcW w:w="2664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Национални отличия</w:t>
                        </w:r>
                      </w:p>
                    </w:tc>
                    <w:tc>
                      <w:tcPr>
                        <w:tcW w:w="2608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Представяне на иновативни технологии</w:t>
                        </w:r>
                      </w:p>
                    </w:tc>
                  </w:tr>
                  <w:tr w:rsidR="00626A61">
                    <w:tc>
                      <w:tcPr>
                        <w:tcW w:w="2664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Международни отличия</w:t>
                        </w:r>
                      </w:p>
                    </w:tc>
                    <w:tc>
                      <w:tcPr>
                        <w:tcW w:w="2608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Друго: .....................</w:t>
                        </w:r>
                      </w:p>
                    </w:tc>
                  </w:tr>
                </w:tbl>
                <w:p w:rsidR="00626A61" w:rsidRDefault="00626A61"/>
              </w:tc>
            </w:tr>
            <w:tr w:rsidR="00626A61">
              <w:tc>
                <w:tcPr>
                  <w:tcW w:w="5499" w:type="dxa"/>
                  <w:tcBorders>
                    <w:top w:val="single" w:sz="8" w:space="0" w:color="C8C8C8"/>
                    <w:left w:val="single" w:sz="8" w:space="0" w:color="C8C8C8"/>
                    <w:bottom w:val="single" w:sz="8" w:space="0" w:color="C8C8C8"/>
                    <w:right w:val="single" w:sz="8" w:space="0" w:color="C8C8C8"/>
                  </w:tcBorders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:rsidR="00626A61" w:rsidRDefault="008E717E">
                  <w:pPr>
                    <w:spacing w:before="20" w:after="40" w:line="240" w:lineRule="auto"/>
                  </w:pPr>
                  <w:r>
                    <w:rPr>
                      <w:noProof/>
                      <w:lang w:val="bg-BG" w:eastAsia="bg-BG"/>
                    </w:rPr>
                    <w:drawing>
                      <wp:inline distT="0" distB="0" distL="0" distR="0">
                        <wp:extent cx="151200" cy="151200"/>
                        <wp:effectExtent l="0" t="0" r="0" b="0"/>
                        <wp:docPr id="31" name="Picture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um_6.png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200" cy="15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Calibri" w:cs="Calibri"/>
                    </w:rPr>
                    <w:t xml:space="preserve">  </w:t>
                  </w:r>
                  <w:r>
                    <w:rPr>
                      <w:rFonts w:eastAsia="Calibri" w:cs="Calibri"/>
                      <w:b/>
                      <w:color w:val="004D26"/>
                    </w:rPr>
                    <w:t>ПРИЛОЖЕНИ ДОКУМЕНТИ</w:t>
                  </w:r>
                  <w:r>
                    <w:rPr>
                      <w:rFonts w:eastAsia="Calibri" w:cs="Calibri"/>
                      <w:color w:val="004D26"/>
                      <w:sz w:val="15"/>
                    </w:rPr>
                    <w:t xml:space="preserve"> (отбележете)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ook w:val="04A0" w:firstRow="1" w:lastRow="0" w:firstColumn="1" w:lastColumn="0" w:noHBand="0" w:noVBand="1"/>
                  </w:tblPr>
                  <w:tblGrid>
                    <w:gridCol w:w="2664"/>
                    <w:gridCol w:w="2608"/>
                  </w:tblGrid>
                  <w:tr w:rsidR="00626A61">
                    <w:tc>
                      <w:tcPr>
                        <w:tcW w:w="2664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Копие от регистрация</w:t>
                        </w:r>
                      </w:p>
                    </w:tc>
                    <w:tc>
                      <w:tcPr>
                        <w:tcW w:w="2608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Каталог / рекламни материали</w:t>
                        </w:r>
                      </w:p>
                    </w:tc>
                  </w:tr>
                  <w:tr w:rsidR="00626A61">
                    <w:tc>
                      <w:tcPr>
                        <w:tcW w:w="2664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Сертификати</w:t>
                        </w:r>
                      </w:p>
                    </w:tc>
                    <w:tc>
                      <w:tcPr>
                        <w:tcW w:w="2608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Снимков 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>материал</w:t>
                        </w:r>
                      </w:p>
                    </w:tc>
                  </w:tr>
                  <w:tr w:rsidR="00626A61">
                    <w:tc>
                      <w:tcPr>
                        <w:tcW w:w="2664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Отличия / награди</w:t>
                        </w:r>
                      </w:p>
                    </w:tc>
                    <w:tc>
                      <w:tcPr>
                        <w:tcW w:w="2608" w:type="dxa"/>
                        <w:tcMar>
                          <w:top w:w="28" w:type="dxa"/>
                          <w:left w:w="20" w:type="dxa"/>
                          <w:bottom w:w="28" w:type="dxa"/>
                          <w:right w:w="20" w:type="dxa"/>
                        </w:tcMar>
                      </w:tcPr>
                      <w:p w:rsidR="00626A61" w:rsidRDefault="008E717E">
                        <w:pPr>
                          <w:spacing w:after="0" w:line="240" w:lineRule="auto"/>
                        </w:pPr>
                        <w:r>
                          <w:rPr>
                            <w:rFonts w:eastAsia="Calibri" w:cs="Calibri"/>
                            <w:sz w:val="15"/>
                          </w:rPr>
                          <w:t>☐</w:t>
                        </w:r>
                        <w:r>
                          <w:rPr>
                            <w:rFonts w:eastAsia="Calibri" w:cs="Calibri"/>
                            <w:sz w:val="15"/>
                          </w:rPr>
                          <w:t xml:space="preserve">  Други документи: ...............</w:t>
                        </w:r>
                      </w:p>
                    </w:tc>
                  </w:tr>
                </w:tbl>
                <w:p w:rsidR="00626A61" w:rsidRDefault="00626A61"/>
              </w:tc>
            </w:tr>
          </w:tbl>
          <w:p w:rsidR="00626A61" w:rsidRDefault="00626A61">
            <w:pPr>
              <w:spacing w:after="0" w:line="240" w:lineRule="auto"/>
            </w:pPr>
          </w:p>
          <w:p w:rsidR="00626A61" w:rsidRDefault="00626A61"/>
        </w:tc>
      </w:tr>
      <w:tr w:rsidR="00626A61" w:rsidRPr="006F0BE6" w:rsidTr="006F0BE6">
        <w:trPr>
          <w:gridBefore w:val="1"/>
          <w:gridAfter w:val="2"/>
          <w:wAfter w:w="100" w:type="dxa"/>
        </w:trPr>
        <w:tc>
          <w:tcPr>
            <w:tcW w:w="11026" w:type="dxa"/>
            <w:gridSpan w:val="13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:rsidR="00626A61" w:rsidRPr="006F0BE6" w:rsidRDefault="008E717E">
            <w:pPr>
              <w:spacing w:before="20" w:after="40" w:line="240" w:lineRule="auto"/>
              <w:rPr>
                <w:lang w:val="ru-RU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151200" cy="1512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um_3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" cy="1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F0BE6">
              <w:rPr>
                <w:rFonts w:eastAsia="Calibri" w:cs="Calibri"/>
                <w:lang w:val="ru-RU"/>
              </w:rPr>
              <w:t xml:space="preserve">  </w:t>
            </w:r>
            <w:r w:rsidRPr="006F0BE6">
              <w:rPr>
                <w:rFonts w:eastAsia="Calibri" w:cs="Calibri"/>
                <w:b/>
                <w:color w:val="004D26"/>
                <w:lang w:val="ru-RU"/>
              </w:rPr>
              <w:t>ПРЕДСТАВЯНЕ НА ПРОИЗВОДИТЕЛЯ</w:t>
            </w:r>
          </w:p>
          <w:p w:rsidR="00626A61" w:rsidRPr="006F0BE6" w:rsidRDefault="008E717E">
            <w:pPr>
              <w:tabs>
                <w:tab w:val="right" w:leader="dot" w:pos="11000"/>
              </w:tabs>
              <w:spacing w:before="20" w:after="0" w:line="240" w:lineRule="auto"/>
              <w:rPr>
                <w:lang w:val="ru-RU"/>
              </w:rPr>
            </w:pPr>
            <w:r w:rsidRPr="006F0BE6">
              <w:rPr>
                <w:rFonts w:eastAsia="Calibri" w:cs="Calibri"/>
                <w:sz w:val="16"/>
                <w:lang w:val="ru-RU"/>
              </w:rPr>
              <w:t xml:space="preserve">Опишете </w:t>
            </w:r>
            <w:proofErr w:type="spellStart"/>
            <w:r w:rsidRPr="006F0BE6">
              <w:rPr>
                <w:rFonts w:eastAsia="Calibri" w:cs="Calibri"/>
                <w:sz w:val="16"/>
                <w:lang w:val="ru-RU"/>
              </w:rPr>
              <w:t>накратко</w:t>
            </w:r>
            <w:proofErr w:type="spellEnd"/>
            <w:r w:rsidRPr="006F0BE6">
              <w:rPr>
                <w:rFonts w:eastAsia="Calibri" w:cs="Calibri"/>
                <w:sz w:val="16"/>
                <w:lang w:val="ru-RU"/>
              </w:rPr>
              <w:t xml:space="preserve"> </w:t>
            </w:r>
            <w:proofErr w:type="spellStart"/>
            <w:r w:rsidRPr="006F0BE6">
              <w:rPr>
                <w:rFonts w:eastAsia="Calibri" w:cs="Calibri"/>
                <w:sz w:val="16"/>
                <w:lang w:val="ru-RU"/>
              </w:rPr>
              <w:t>стопанството</w:t>
            </w:r>
            <w:proofErr w:type="spellEnd"/>
            <w:r w:rsidRPr="006F0BE6">
              <w:rPr>
                <w:rFonts w:eastAsia="Calibri" w:cs="Calibri"/>
                <w:sz w:val="16"/>
                <w:lang w:val="ru-RU"/>
              </w:rPr>
              <w:t>/</w:t>
            </w:r>
            <w:proofErr w:type="spellStart"/>
            <w:r w:rsidRPr="006F0BE6">
              <w:rPr>
                <w:rFonts w:eastAsia="Calibri" w:cs="Calibri"/>
                <w:sz w:val="16"/>
                <w:lang w:val="ru-RU"/>
              </w:rPr>
              <w:t>предприятието</w:t>
            </w:r>
            <w:proofErr w:type="spellEnd"/>
            <w:r w:rsidRPr="006F0BE6">
              <w:rPr>
                <w:rFonts w:eastAsia="Calibri" w:cs="Calibri"/>
                <w:sz w:val="16"/>
                <w:lang w:val="ru-RU"/>
              </w:rPr>
              <w:t xml:space="preserve">, </w:t>
            </w:r>
            <w:proofErr w:type="spellStart"/>
            <w:r w:rsidRPr="006F0BE6">
              <w:rPr>
                <w:rFonts w:eastAsia="Calibri" w:cs="Calibri"/>
                <w:sz w:val="16"/>
                <w:lang w:val="ru-RU"/>
              </w:rPr>
              <w:t>основната</w:t>
            </w:r>
            <w:proofErr w:type="spellEnd"/>
            <w:r w:rsidRPr="006F0BE6">
              <w:rPr>
                <w:rFonts w:eastAsia="Calibri" w:cs="Calibri"/>
                <w:sz w:val="16"/>
                <w:lang w:val="ru-RU"/>
              </w:rPr>
              <w:t xml:space="preserve"> </w:t>
            </w:r>
            <w:proofErr w:type="spellStart"/>
            <w:r w:rsidRPr="006F0BE6">
              <w:rPr>
                <w:rFonts w:eastAsia="Calibri" w:cs="Calibri"/>
                <w:sz w:val="16"/>
                <w:lang w:val="ru-RU"/>
              </w:rPr>
              <w:t>дейност</w:t>
            </w:r>
            <w:proofErr w:type="spellEnd"/>
            <w:r w:rsidRPr="006F0BE6">
              <w:rPr>
                <w:rFonts w:eastAsia="Calibri" w:cs="Calibri"/>
                <w:sz w:val="16"/>
                <w:lang w:val="ru-RU"/>
              </w:rPr>
              <w:t xml:space="preserve">, опита и </w:t>
            </w:r>
            <w:proofErr w:type="spellStart"/>
            <w:r w:rsidRPr="006F0BE6">
              <w:rPr>
                <w:rFonts w:eastAsia="Calibri" w:cs="Calibri"/>
                <w:sz w:val="16"/>
                <w:lang w:val="ru-RU"/>
              </w:rPr>
              <w:t>постиженията</w:t>
            </w:r>
            <w:proofErr w:type="spellEnd"/>
            <w:r w:rsidRPr="006F0BE6">
              <w:rPr>
                <w:rFonts w:eastAsia="Calibri" w:cs="Calibri"/>
                <w:sz w:val="16"/>
                <w:lang w:val="ru-RU"/>
              </w:rPr>
              <w:t>:</w:t>
            </w:r>
            <w:r w:rsidRPr="006F0BE6">
              <w:rPr>
                <w:rFonts w:eastAsia="Calibri" w:cs="Calibri"/>
                <w:sz w:val="16"/>
                <w:lang w:val="ru-RU"/>
              </w:rPr>
              <w:tab/>
            </w:r>
          </w:p>
          <w:p w:rsidR="00626A61" w:rsidRPr="006F0BE6" w:rsidRDefault="008E717E">
            <w:pPr>
              <w:tabs>
                <w:tab w:val="right" w:leader="dot" w:pos="11000"/>
              </w:tabs>
              <w:spacing w:before="80" w:after="0" w:line="240" w:lineRule="auto"/>
              <w:rPr>
                <w:lang w:val="ru-RU"/>
              </w:rPr>
            </w:pPr>
            <w:r w:rsidRPr="006F0BE6">
              <w:rPr>
                <w:rFonts w:eastAsia="Calibri" w:cs="Calibri"/>
                <w:lang w:val="ru-RU"/>
              </w:rPr>
              <w:tab/>
            </w:r>
          </w:p>
          <w:p w:rsidR="00626A61" w:rsidRPr="006F0BE6" w:rsidRDefault="008E717E">
            <w:pPr>
              <w:tabs>
                <w:tab w:val="right" w:leader="dot" w:pos="11000"/>
              </w:tabs>
              <w:spacing w:before="80" w:after="0" w:line="240" w:lineRule="auto"/>
              <w:rPr>
                <w:lang w:val="ru-RU"/>
              </w:rPr>
            </w:pPr>
            <w:r w:rsidRPr="006F0BE6">
              <w:rPr>
                <w:rFonts w:eastAsia="Calibri" w:cs="Calibri"/>
                <w:lang w:val="ru-RU"/>
              </w:rPr>
              <w:tab/>
            </w:r>
          </w:p>
          <w:p w:rsidR="00626A61" w:rsidRPr="006F0BE6" w:rsidRDefault="008E717E">
            <w:pPr>
              <w:tabs>
                <w:tab w:val="right" w:leader="dot" w:pos="11000"/>
              </w:tabs>
              <w:spacing w:before="80" w:after="0" w:line="240" w:lineRule="auto"/>
              <w:rPr>
                <w:lang w:val="ru-RU"/>
              </w:rPr>
            </w:pPr>
            <w:r w:rsidRPr="006F0BE6">
              <w:rPr>
                <w:rFonts w:eastAsia="Calibri" w:cs="Calibri"/>
                <w:lang w:val="ru-RU"/>
              </w:rPr>
              <w:tab/>
            </w:r>
          </w:p>
          <w:p w:rsidR="00626A61" w:rsidRPr="006F0BE6" w:rsidRDefault="008E717E">
            <w:pPr>
              <w:tabs>
                <w:tab w:val="right" w:leader="dot" w:pos="11000"/>
              </w:tabs>
              <w:spacing w:before="80" w:after="0" w:line="240" w:lineRule="auto"/>
              <w:rPr>
                <w:lang w:val="ru-RU"/>
              </w:rPr>
            </w:pPr>
            <w:r w:rsidRPr="006F0BE6">
              <w:rPr>
                <w:rFonts w:eastAsia="Calibri" w:cs="Calibri"/>
                <w:lang w:val="ru-RU"/>
              </w:rPr>
              <w:tab/>
            </w:r>
          </w:p>
        </w:tc>
      </w:tr>
      <w:tr w:rsidR="00626A61" w:rsidTr="006F0BE6">
        <w:trPr>
          <w:gridBefore w:val="1"/>
          <w:gridAfter w:val="2"/>
          <w:wAfter w:w="100" w:type="dxa"/>
        </w:trPr>
        <w:tc>
          <w:tcPr>
            <w:tcW w:w="11026" w:type="dxa"/>
            <w:gridSpan w:val="13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40" w:type="dxa"/>
              <w:left w:w="50" w:type="dxa"/>
              <w:bottom w:w="40" w:type="dxa"/>
              <w:right w:w="50" w:type="dxa"/>
            </w:tcMar>
          </w:tcPr>
          <w:p w:rsidR="00626A61" w:rsidRDefault="008E717E">
            <w:pPr>
              <w:spacing w:before="20" w:after="40" w:line="240" w:lineRule="auto"/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151200" cy="1512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um_7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" cy="1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Calibri"/>
              </w:rPr>
              <w:t xml:space="preserve">  </w:t>
            </w:r>
            <w:r>
              <w:rPr>
                <w:rFonts w:eastAsia="Calibri" w:cs="Calibri"/>
                <w:b/>
                <w:color w:val="004D26"/>
              </w:rPr>
              <w:t>ДЕКЛАРАЦИЯ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8051"/>
              <w:gridCol w:w="2721"/>
            </w:tblGrid>
            <w:tr w:rsidR="00626A61">
              <w:tc>
                <w:tcPr>
                  <w:tcW w:w="8051" w:type="dxa"/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:rsidR="00626A61" w:rsidRPr="006F0BE6" w:rsidRDefault="008E717E">
                  <w:pPr>
                    <w:spacing w:after="40" w:line="240" w:lineRule="auto"/>
                    <w:rPr>
                      <w:lang w:val="ru-RU"/>
                    </w:rPr>
                  </w:pPr>
                  <w:proofErr w:type="spellStart"/>
                  <w:r w:rsidRPr="006F0BE6">
                    <w:rPr>
                      <w:rFonts w:eastAsia="Calibri" w:cs="Calibri"/>
                      <w:b/>
                      <w:sz w:val="17"/>
                      <w:lang w:val="ru-RU"/>
                    </w:rPr>
                    <w:t>Декларирам</w:t>
                  </w:r>
                  <w:proofErr w:type="spellEnd"/>
                  <w:r w:rsidRPr="006F0BE6">
                    <w:rPr>
                      <w:rFonts w:eastAsia="Calibri" w:cs="Calibri"/>
                      <w:b/>
                      <w:sz w:val="17"/>
                      <w:lang w:val="ru-RU"/>
                    </w:rPr>
                    <w:t>, че:</w:t>
                  </w:r>
                </w:p>
                <w:p w:rsidR="00626A61" w:rsidRPr="006F0BE6" w:rsidRDefault="008E717E">
                  <w:pPr>
                    <w:spacing w:before="20" w:after="20" w:line="240" w:lineRule="auto"/>
                    <w:rPr>
                      <w:lang w:val="ru-RU"/>
                    </w:rPr>
                  </w:pPr>
                  <w:r>
                    <w:rPr>
                      <w:noProof/>
                      <w:lang w:val="bg-BG" w:eastAsia="bg-BG"/>
                    </w:rPr>
                    <w:drawing>
                      <wp:inline distT="0" distB="0" distL="0" distR="0">
                        <wp:extent cx="115200" cy="115200"/>
                        <wp:effectExtent l="0" t="0" r="0" b="0"/>
                        <wp:docPr id="34" name="Pictur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_check.png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200" cy="115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представената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информация е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вярна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;</w:t>
                  </w:r>
                </w:p>
                <w:p w:rsidR="00626A61" w:rsidRPr="006F0BE6" w:rsidRDefault="008E717E">
                  <w:pPr>
                    <w:spacing w:before="20" w:after="20" w:line="240" w:lineRule="auto"/>
                    <w:rPr>
                      <w:lang w:val="ru-RU"/>
                    </w:rPr>
                  </w:pPr>
                  <w:r>
                    <w:rPr>
                      <w:noProof/>
                      <w:lang w:val="bg-BG" w:eastAsia="bg-BG"/>
                    </w:rPr>
                    <w:drawing>
                      <wp:inline distT="0" distB="0" distL="0" distR="0">
                        <wp:extent cx="115200" cy="115200"/>
                        <wp:effectExtent l="0" t="0" r="0" b="0"/>
                        <wp:docPr id="35" name="Picture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_check.png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200" cy="115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представляваното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предприятие е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собствено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производство или е произведено от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представляваното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от мен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стопанство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/предприятие;</w:t>
                  </w:r>
                </w:p>
                <w:p w:rsidR="00626A61" w:rsidRPr="006F0BE6" w:rsidRDefault="008E717E">
                  <w:pPr>
                    <w:spacing w:before="20" w:after="20" w:line="240" w:lineRule="auto"/>
                    <w:rPr>
                      <w:lang w:val="ru-RU"/>
                    </w:rPr>
                  </w:pPr>
                  <w:r>
                    <w:rPr>
                      <w:noProof/>
                      <w:lang w:val="bg-BG" w:eastAsia="bg-BG"/>
                    </w:rPr>
                    <w:drawing>
                      <wp:inline distT="0" distB="0" distL="0" distR="0">
                        <wp:extent cx="115200" cy="115200"/>
                        <wp:effectExtent l="0" t="0" r="0" b="0"/>
                        <wp:docPr id="36" name="Picture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_check.png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200" cy="115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ще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спазвам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Правилника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за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организацията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и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провеждането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на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изложението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„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Даровете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на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Тракия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“ и приемам </w:t>
                  </w:r>
                  <w:proofErr w:type="spellStart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услови</w:t>
                  </w:r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>ята</w:t>
                  </w:r>
                  <w:proofErr w:type="spellEnd"/>
                  <w:r w:rsidRPr="006F0BE6">
                    <w:rPr>
                      <w:rFonts w:eastAsia="Calibri" w:cs="Calibri"/>
                      <w:sz w:val="16"/>
                      <w:lang w:val="ru-RU"/>
                    </w:rPr>
                    <w:t xml:space="preserve"> за участие.</w:t>
                  </w:r>
                </w:p>
              </w:tc>
              <w:tc>
                <w:tcPr>
                  <w:tcW w:w="2721" w:type="dxa"/>
                  <w:tcBorders>
                    <w:top w:val="nil"/>
                    <w:left w:val="single" w:sz="6" w:space="0" w:color="D0D0D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20" w:type="dxa"/>
                    <w:right w:w="20" w:type="dxa"/>
                  </w:tcMar>
                </w:tcPr>
                <w:p w:rsidR="00626A61" w:rsidRDefault="008E717E">
                  <w:pPr>
                    <w:tabs>
                      <w:tab w:val="right" w:leader="dot" w:pos="2500"/>
                    </w:tabs>
                    <w:spacing w:before="160" w:after="120" w:line="240" w:lineRule="auto"/>
                  </w:pPr>
                  <w:proofErr w:type="spellStart"/>
                  <w:r>
                    <w:rPr>
                      <w:rFonts w:eastAsia="Calibri" w:cs="Calibri"/>
                      <w:sz w:val="17"/>
                    </w:rPr>
                    <w:t>Дата</w:t>
                  </w:r>
                  <w:proofErr w:type="spellEnd"/>
                  <w:r>
                    <w:rPr>
                      <w:rFonts w:eastAsia="Calibri" w:cs="Calibri"/>
                      <w:sz w:val="17"/>
                    </w:rPr>
                    <w:t>:</w:t>
                  </w:r>
                  <w:r>
                    <w:rPr>
                      <w:rFonts w:eastAsia="Calibri" w:cs="Calibri"/>
                      <w:sz w:val="17"/>
                    </w:rPr>
                    <w:tab/>
                  </w:r>
                </w:p>
                <w:p w:rsidR="00626A61" w:rsidRDefault="008E717E">
                  <w:pPr>
                    <w:tabs>
                      <w:tab w:val="right" w:leader="dot" w:pos="2500"/>
                    </w:tabs>
                    <w:spacing w:before="200" w:after="0" w:line="240" w:lineRule="auto"/>
                  </w:pPr>
                  <w:r>
                    <w:rPr>
                      <w:rFonts w:eastAsia="Calibri" w:cs="Calibri"/>
                      <w:sz w:val="17"/>
                    </w:rPr>
                    <w:t>Подпис:</w:t>
                  </w:r>
                  <w:r>
                    <w:rPr>
                      <w:rFonts w:eastAsia="Calibri" w:cs="Calibri"/>
                      <w:sz w:val="17"/>
                    </w:rPr>
                    <w:tab/>
                  </w:r>
                </w:p>
              </w:tc>
            </w:tr>
          </w:tbl>
          <w:p w:rsidR="00626A61" w:rsidRDefault="00626A61"/>
        </w:tc>
      </w:tr>
      <w:tr w:rsidR="00626A61" w:rsidRPr="006F0BE6" w:rsidTr="006F0BE6">
        <w:trPr>
          <w:gridBefore w:val="1"/>
          <w:gridAfter w:val="1"/>
          <w:wAfter w:w="43" w:type="dxa"/>
        </w:trPr>
        <w:tc>
          <w:tcPr>
            <w:tcW w:w="1465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26A61" w:rsidRDefault="00626A61">
            <w:pPr>
              <w:spacing w:after="0" w:line="240" w:lineRule="auto"/>
            </w:pPr>
          </w:p>
        </w:tc>
        <w:tc>
          <w:tcPr>
            <w:tcW w:w="8097" w:type="dxa"/>
            <w:gridSpan w:val="9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F0BE6" w:rsidRDefault="006F0BE6">
            <w:pPr>
              <w:spacing w:after="0" w:line="240" w:lineRule="auto"/>
              <w:jc w:val="center"/>
              <w:rPr>
                <w:rFonts w:eastAsia="Calibri" w:cs="Calibri"/>
                <w:b/>
                <w:color w:val="004D26"/>
                <w:sz w:val="16"/>
                <w:lang w:val="ru-RU"/>
              </w:rPr>
            </w:pPr>
          </w:p>
          <w:p w:rsidR="00626A61" w:rsidRPr="006F0BE6" w:rsidRDefault="008E717E">
            <w:pPr>
              <w:spacing w:after="0" w:line="240" w:lineRule="auto"/>
              <w:jc w:val="center"/>
              <w:rPr>
                <w:lang w:val="ru-RU"/>
              </w:rPr>
            </w:pPr>
            <w:r w:rsidRPr="006F0BE6">
              <w:rPr>
                <w:rFonts w:eastAsia="Calibri" w:cs="Calibri"/>
                <w:b/>
                <w:color w:val="004D26"/>
                <w:sz w:val="16"/>
                <w:lang w:val="ru-RU"/>
              </w:rPr>
              <w:t>ПАЗИМ ТРАДИЦИИТЕ</w:t>
            </w:r>
            <w:r w:rsidRPr="006F0BE6">
              <w:rPr>
                <w:rFonts w:eastAsia="Calibri" w:cs="Calibri"/>
                <w:b/>
                <w:color w:val="C98A1A"/>
                <w:sz w:val="20"/>
                <w:lang w:val="ru-RU"/>
              </w:rPr>
              <w:t xml:space="preserve">  •  </w:t>
            </w:r>
            <w:r w:rsidRPr="006F0BE6">
              <w:rPr>
                <w:rFonts w:eastAsia="Calibri" w:cs="Calibri"/>
                <w:b/>
                <w:color w:val="004D26"/>
                <w:sz w:val="16"/>
                <w:lang w:val="ru-RU"/>
              </w:rPr>
              <w:t>ПОДКРЕПЯМЕ ПРОИЗВОДИТЕЛИТЕ</w:t>
            </w:r>
            <w:r w:rsidRPr="006F0BE6">
              <w:rPr>
                <w:rFonts w:eastAsia="Calibri" w:cs="Calibri"/>
                <w:b/>
                <w:color w:val="C98A1A"/>
                <w:sz w:val="20"/>
                <w:lang w:val="ru-RU"/>
              </w:rPr>
              <w:t xml:space="preserve">  •  </w:t>
            </w:r>
            <w:r w:rsidRPr="006F0BE6">
              <w:rPr>
                <w:rFonts w:eastAsia="Calibri" w:cs="Calibri"/>
                <w:b/>
                <w:color w:val="004D26"/>
                <w:sz w:val="16"/>
                <w:lang w:val="ru-RU"/>
              </w:rPr>
              <w:t>СЪЗДАВАМЕ БЪДЕЩЕТО!</w:t>
            </w:r>
          </w:p>
        </w:tc>
        <w:tc>
          <w:tcPr>
            <w:tcW w:w="1521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26A61" w:rsidRPr="006F0BE6" w:rsidRDefault="00626A61">
            <w:pPr>
              <w:spacing w:after="0" w:line="240" w:lineRule="auto"/>
              <w:jc w:val="right"/>
              <w:rPr>
                <w:lang w:val="ru-RU"/>
              </w:rPr>
            </w:pPr>
          </w:p>
        </w:tc>
      </w:tr>
    </w:tbl>
    <w:p w:rsidR="00322107" w:rsidRPr="006F0BE6" w:rsidRDefault="00322107">
      <w:pPr>
        <w:rPr>
          <w:lang w:val="ru-RU"/>
        </w:rPr>
      </w:pPr>
    </w:p>
    <w:sectPr w:rsidR="00322107" w:rsidRPr="006F0BE6" w:rsidSect="00034616">
      <w:pgSz w:w="11906" w:h="16838"/>
      <w:pgMar w:top="227" w:right="397" w:bottom="198" w:left="3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93628"/>
    <w:rsid w:val="0029639D"/>
    <w:rsid w:val="00322107"/>
    <w:rsid w:val="00326F90"/>
    <w:rsid w:val="005121BF"/>
    <w:rsid w:val="00626A61"/>
    <w:rsid w:val="006F0BE6"/>
    <w:rsid w:val="008E717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3A2E85A-B942-F74C-8CAC-3EFAAAA4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Calibri" w:hAnsi="Calibri"/>
      <w:color w:val="222222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лавие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лавие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лавие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лав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лавие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ен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ен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ен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на макрос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лавие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лавие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лавие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лавие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лавие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лавие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Интензивно цитиране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75AA58-7994-4B4D-A649-162D061A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cp:lastPrinted>2026-08-17T09:33:00Z</cp:lastPrinted>
  <dcterms:created xsi:type="dcterms:W3CDTF">2026-08-17T11:10:00Z</dcterms:created>
  <dcterms:modified xsi:type="dcterms:W3CDTF">2026-08-17T11:10:00Z</dcterms:modified>
  <cp:category/>
</cp:coreProperties>
</file>